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اليوم الوطني الإماراتي</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جمع القلوب على المحبة والألفة، والصلاة والسلام على سيدنا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أبناء الإمارات وكل من يعيش على أرضها الطيبة، وصباح الخير يا معلماتنا ومعلمينا. نلتقي اليوم في الثاني من ديسمبر، يوم قام فيه الاتحاد وصارت الإمارات دولة واحدة. وهذا العام نحتفل بالعيد الوطني الخامس والخمسين، فتعالوا نسترجع معًا قصة هذا اليوم ونتعلم منها معنى أن نكون يدًا واحدة. ونبدأ إذاعتنا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آل عمران تدعونا إلى الاجتماع وعدم التفرق.</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«وَاعْتَصِمُوا بِحَبْلِ اللَّهِ جَمِيعًا وَلَا تَفَرَّقُوا» (سورة آل عمران، الآية 103).</w:t>
      </w:r>
    </w:p>
    <w:p>
      <w:pPr>
        <w:bidi/>
        <w:spacing w:after="80" w:before="0" w:line="360" w:lineRule="auto"/>
      </w:pPr>
      <w:r>
        <w:rPr>
          <w:rFonts w:ascii="Arial" w:hAnsi="Arial" w:cs="Arial"/>
          <w:b w:val="0"/>
          <w:color w:val="222222"/>
          <w:sz w:val="26"/>
          <w:szCs w:val="26"/>
          <w:rtl/>
        </w:rPr>
        <w:t>صدق الله العظيم. الاتحاد الذي نحتفل به قوامه الاجتماع على الخير وترك الخلاف. وفي سورة المائدة توجيه يحدد لنا ميدان التعاون الذي ينبغي أن نجتمع عليه.</w:t>
      </w:r>
    </w:p>
    <w:p>
      <w:pPr>
        <w:pBdr>
          <w:right w:val="single" w:sz="24" w:space="6" w:color="bd2c88"/>
        </w:pBdr>
        <w:shd w:val="clear" w:fill="FBEEF6"/>
        <w:bidi/>
        <w:spacing w:after="80" w:before="0" w:line="360" w:lineRule="auto"/>
      </w:pPr>
      <w:r>
        <w:rPr>
          <w:rFonts w:ascii="Arial" w:hAnsi="Arial" w:cs="Arial"/>
          <w:b w:val="0"/>
          <w:color w:val="222222"/>
          <w:sz w:val="26"/>
          <w:szCs w:val="26"/>
          <w:rtl/>
        </w:rPr>
        <w:t>قال تعالى: «وَتَعَاوَنُوا عَلَى الْبِرِّ وَالتَّقْوَىٰ» (سورة المائدة، الآية 2).</w:t>
      </w:r>
    </w:p>
    <w:p>
      <w:pPr>
        <w:bidi/>
        <w:spacing w:after="80" w:before="0" w:line="360" w:lineRule="auto"/>
      </w:pPr>
      <w:r>
        <w:rPr>
          <w:rFonts w:ascii="Arial" w:hAnsi="Arial" w:cs="Arial"/>
          <w:b w:val="0"/>
          <w:color w:val="222222"/>
          <w:sz w:val="26"/>
          <w:szCs w:val="26"/>
          <w:rtl/>
        </w:rPr>
        <w:t>فالتعاون الذي نريده لوطننا هو تعاون على البر والعمل الصالح، في المدرسة وفي الحي وفي كل ميدان.</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يضرب النبي صلى الله عليه وسلم مثلًا جميلًا للمجتمع المتماسك.</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موسى الأشعري رضي الله عنه، أن النبي صلى الله عليه وسلم قال: «المؤمن للمؤمن كالبنيان يشد بعضه بعضا». رواه البخاري.</w:t>
      </w:r>
    </w:p>
    <w:p>
      <w:pPr>
        <w:bidi/>
        <w:spacing w:after="80" w:before="0" w:line="360" w:lineRule="auto"/>
      </w:pPr>
      <w:r>
        <w:rPr>
          <w:rFonts w:ascii="Arial" w:hAnsi="Arial" w:cs="Arial"/>
          <w:b w:val="0"/>
          <w:color w:val="222222"/>
          <w:sz w:val="26"/>
          <w:szCs w:val="26"/>
          <w:rtl/>
        </w:rPr>
        <w:t>تخيلوا جدارًا تتكئ كل لبنة فيه على أختها. لو نقصت واحدة ضعف البناء كله. وهكذا هي الأوطان، لكل واحد منا فيها موضعه ودوره، والمدرسة أحد هذه المواضع. وقال عليه الصلاة والسلام:</w:t>
      </w:r>
    </w:p>
    <w:p>
      <w:pPr>
        <w:pBdr>
          <w:right w:val="single" w:sz="24" w:space="6" w:color="bd2c88"/>
        </w:pBdr>
        <w:shd w:val="clear" w:fill="FBEEF6"/>
        <w:bidi/>
        <w:spacing w:after="80" w:before="0" w:line="360" w:lineRule="auto"/>
      </w:pPr>
      <w:r>
        <w:rPr>
          <w:rFonts w:ascii="Arial" w:hAnsi="Arial" w:cs="Arial"/>
          <w:b w:val="0"/>
          <w:color w:val="222222"/>
          <w:sz w:val="26"/>
          <w:szCs w:val="26"/>
          <w:rtl/>
        </w:rPr>
        <w:t>«لا يؤمن أحدكم حتى يحب لأخيه ما يحب لنفسه». رواه البخاري.</w:t>
      </w:r>
    </w:p>
    <w:p>
      <w:pPr>
        <w:bidi/>
        <w:spacing w:after="80" w:before="0" w:line="360" w:lineRule="auto"/>
      </w:pPr>
      <w:r>
        <w:rPr>
          <w:rFonts w:ascii="Arial" w:hAnsi="Arial" w:cs="Arial"/>
          <w:b w:val="0"/>
          <w:color w:val="222222"/>
          <w:sz w:val="26"/>
          <w:szCs w:val="26"/>
          <w:rtl/>
        </w:rPr>
        <w:t>وحين نحب لغيرنا ما نحبه لأنفسنا يعيش الوطن في أمان ومودة.</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أعزائي الطلاب، في مثل هذا اليوم قبل خمس وخمسين سنة كانت الإمارات ست إمارات تقرر أن تسير معًا: أبوظبي ودبي والشارقة وعجمان وأم القيوين والفجيرة. وبعد شهور قليلة، في العاشر من فبراير عام 1972، انضمت رأس الخيمة فاكتمل الاتحاد بسبع إمارات. وكان المغفور له الشيخ زايد بن سلطان آل نهيان أول رئيس للدولة، والمغفور له الشيخ راشد بن سعيد آل مكتوم نائبًا له.</w:t>
      </w:r>
    </w:p>
    <w:p>
      <w:pPr>
        <w:bidi/>
        <w:spacing w:after="80" w:before="0" w:line="360" w:lineRule="auto"/>
      </w:pPr>
      <w:r>
        <w:rPr>
          <w:rFonts w:ascii="Arial" w:hAnsi="Arial" w:cs="Arial"/>
          <w:b w:val="0"/>
          <w:color w:val="222222"/>
          <w:sz w:val="26"/>
          <w:szCs w:val="26"/>
          <w:rtl/>
        </w:rPr>
        <w:t>قد تسألون: ما الذي يعنيه هذا الحدث لطالب في الصف السادس؟ يعني أن الأمم تُبنى بالتفاهم والصبر والعمل المشترك، وأن اختلاف الأماكن والعادات لا يمنع الناس من أن يصنعوا معًا مستقبلًا واحدًا. وهذا بالضبط ما نتعلمه في الفصل حين نقسم أنفسنا إلى مجموعات لإنجاز مشروع، فينجح الفريق الذي يستمع لبعضه ويقسم العمل بإنصاف.</w:t>
      </w:r>
    </w:p>
    <w:p>
      <w:pPr>
        <w:bidi/>
        <w:spacing w:after="80" w:before="0" w:line="360" w:lineRule="auto"/>
      </w:pPr>
      <w:r>
        <w:rPr>
          <w:rFonts w:ascii="Arial" w:hAnsi="Arial" w:cs="Arial"/>
          <w:b w:val="0"/>
          <w:color w:val="222222"/>
          <w:sz w:val="26"/>
          <w:szCs w:val="26"/>
          <w:rtl/>
        </w:rPr>
        <w:t>وحب الوطن لا يكون بالأناشيد وحدها. نحبه حين نحافظ على نظافة مدرستنا، ونحترم أنظمة الشارع، ونجتهد في دروسنا لنخدمه غدًا، ونعامل زملاءنا من كل الجنسيات بود، فالإمارات بيت واسع يعيش فيه ناس من بلاد كثيرة. ونحبه حين نشكر من تعب لأجلنا من الآباء والمعلمين وجنود الوطن.</w:t>
      </w:r>
    </w:p>
    <w:p>
      <w:pPr>
        <w:bidi/>
        <w:spacing w:after="80" w:before="0" w:line="360" w:lineRule="auto"/>
      </w:pPr>
      <w:r>
        <w:rPr>
          <w:rFonts w:ascii="Arial" w:hAnsi="Arial" w:cs="Arial"/>
          <w:b w:val="0"/>
          <w:color w:val="222222"/>
          <w:sz w:val="26"/>
          <w:szCs w:val="26"/>
          <w:rtl/>
        </w:rPr>
        <w:t>وقد جرت العادة أن تنظّم المدارس في هذا الأسبوع عروضًا وفقرات تراثية، ولا بأس بذلك، فهي تعرّفنا بجذورنا. لكن أجمل ما يبقى من العيد أثر يظهر في سلوكنا اليومي: ابتسامة لزميل جديد، وصبر على من يتعثر، وأمانة في الواجبات. فمن كان وفيًّا لوطنه في تفاصيل يومه الصغيرة كان وفيًّا له في الأيام الكبيرة.</w:t>
      </w:r>
    </w:p>
    <w:p>
      <w:pPr>
        <w:bidi/>
        <w:spacing w:after="80" w:before="0" w:line="360" w:lineRule="auto"/>
      </w:pPr>
      <w:r>
        <w:rPr>
          <w:rFonts w:ascii="Arial" w:hAnsi="Arial" w:cs="Arial"/>
          <w:b w:val="0"/>
          <w:color w:val="222222"/>
          <w:sz w:val="26"/>
          <w:szCs w:val="26"/>
          <w:rtl/>
        </w:rPr>
        <w:t>فلنرفع علمنا بفخر، ولنعاهد أنفسنا أن نكون لبنات صالحة في هذا البنيان.</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اتحاد دولة الإمارات العربية المتحدة أُعلن في الثاني من ديسمبر عام 1971 بانضمام ست إمارات، وانضمت رأس الخيمة في العاشر من فبراير عام 1972؟</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هذا العام 2026 يوافق العيد الوطني الخامس والخمسين، لأن الاتحاد قام سنة 1971؟</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علم الإمارات صمّمه الإماراتي عبد الله محمد المعينة، وارتفع للمرة الأولى يوم قيام الاتحاد؟</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للإمارات يومًا خاصًا للعلم هو الثالث من نوفمبر من كل عام، يسبق اليوم الوطني بنحو شهر؟</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الأوطان لا تُبنى بحجر واحد، بل بأيدٍ كثيرة تتعاون، وكل يد منا لبنة في هذا البناء.</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w:t>
      </w:r>
    </w:p>
    <w:p>
      <w:pPr>
        <w:bidi/>
        <w:spacing w:after="80" w:before="0" w:line="360" w:lineRule="auto"/>
        <w:jc w:val="center"/>
      </w:pPr>
      <w:r>
        <w:rPr>
          <w:rFonts w:ascii="Arial" w:hAnsi="Arial" w:cs="Arial"/>
          <w:b w:val="0"/>
          <w:color w:val="440772"/>
          <w:sz w:val="26"/>
          <w:szCs w:val="26"/>
          <w:rtl/>
        </w:rPr>
        <w:t>يا علمَ بلادي ما أبهاكا   ***   في العيدِ ترفرفُ في علياكا</w:t>
      </w:r>
      <w:r>
        <w:br/>
      </w:r>
      <w:r>
        <w:rPr>
          <w:rFonts w:ascii="Arial" w:hAnsi="Arial" w:cs="Arial"/>
          <w:b w:val="0"/>
          <w:color w:val="440772"/>
          <w:sz w:val="26"/>
          <w:szCs w:val="26"/>
          <w:rtl/>
        </w:rPr>
        <w:t>نحنُ الأبناءُ على عهدٍ   ***   نبني الوطنَ ونفدّيكا</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في أي تاريخ قام اتحاد دولة الإمارات؟</w:t>
      </w:r>
      <w:r>
        <w:br/>
      </w:r>
      <w:r>
        <w:rPr>
          <w:rFonts w:ascii="Arial" w:hAnsi="Arial" w:cs="Arial"/>
          <w:b w:val="0"/>
          <w:color w:val="222222"/>
          <w:sz w:val="26"/>
          <w:szCs w:val="26"/>
          <w:rtl/>
        </w:rPr>
        <w:t>الجواب: في الثاني من ديسمبر عام 1971.</w:t>
      </w:r>
    </w:p>
    <w:p>
      <w:pPr>
        <w:bidi/>
        <w:spacing w:after="80" w:before="0" w:line="360" w:lineRule="auto"/>
      </w:pPr>
      <w:r>
        <w:rPr>
          <w:rFonts w:ascii="Arial" w:hAnsi="Arial" w:cs="Arial"/>
          <w:b/>
          <w:bCs/>
          <w:color w:val="222222"/>
          <w:sz w:val="26"/>
          <w:szCs w:val="26"/>
          <w:rtl/>
        </w:rPr>
        <w:t>السؤال الثاني: كم إمارة أعلنت الاتحاد في ذلك اليوم، وأي إمارة انضمت بعدها؟</w:t>
      </w:r>
      <w:r>
        <w:br/>
      </w:r>
      <w:r>
        <w:rPr>
          <w:rFonts w:ascii="Arial" w:hAnsi="Arial" w:cs="Arial"/>
          <w:b w:val="0"/>
          <w:color w:val="222222"/>
          <w:sz w:val="26"/>
          <w:szCs w:val="26"/>
          <w:rtl/>
        </w:rPr>
        <w:t>الجواب: ست إمارات، وانضمت رأس الخيمة في فبراير 1972.</w:t>
      </w:r>
    </w:p>
    <w:p>
      <w:pPr>
        <w:bidi/>
        <w:spacing w:after="80" w:before="0" w:line="360" w:lineRule="auto"/>
      </w:pPr>
      <w:r>
        <w:rPr>
          <w:rFonts w:ascii="Arial" w:hAnsi="Arial" w:cs="Arial"/>
          <w:b/>
          <w:bCs/>
          <w:color w:val="222222"/>
          <w:sz w:val="26"/>
          <w:szCs w:val="26"/>
          <w:rtl/>
        </w:rPr>
        <w:t>السؤال الثالث: من أول رئيس لدولة الإمارات؟</w:t>
      </w:r>
      <w:r>
        <w:br/>
      </w:r>
      <w:r>
        <w:rPr>
          <w:rFonts w:ascii="Arial" w:hAnsi="Arial" w:cs="Arial"/>
          <w:b w:val="0"/>
          <w:color w:val="222222"/>
          <w:sz w:val="26"/>
          <w:szCs w:val="26"/>
          <w:rtl/>
        </w:rPr>
        <w:t>الجواب: الشيخ زايد بن سلطان آل نهيان رحمه الله.</w:t>
      </w:r>
    </w:p>
    <w:p>
      <w:pPr>
        <w:bidi/>
        <w:spacing w:after="80" w:before="0" w:line="360" w:lineRule="auto"/>
      </w:pPr>
      <w:r>
        <w:rPr>
          <w:rFonts w:ascii="Arial" w:hAnsi="Arial" w:cs="Arial"/>
          <w:b/>
          <w:bCs/>
          <w:color w:val="222222"/>
          <w:sz w:val="26"/>
          <w:szCs w:val="26"/>
          <w:rtl/>
        </w:rPr>
        <w:t>السؤال الرابع: أكمل الحديث: المؤمن للمؤمن كـ...؟</w:t>
      </w:r>
      <w:r>
        <w:br/>
      </w:r>
      <w:r>
        <w:rPr>
          <w:rFonts w:ascii="Arial" w:hAnsi="Arial" w:cs="Arial"/>
          <w:b w:val="0"/>
          <w:color w:val="222222"/>
          <w:sz w:val="26"/>
          <w:szCs w:val="26"/>
          <w:rtl/>
        </w:rPr>
        <w:t>الجواب: كالبنيان يشد بعضه بعضًا.</w:t>
      </w:r>
    </w:p>
    <w:p>
      <w:pPr>
        <w:bidi/>
        <w:spacing w:after="80" w:before="0" w:line="360" w:lineRule="auto"/>
      </w:pPr>
      <w:r>
        <w:rPr>
          <w:rFonts w:ascii="Arial" w:hAnsi="Arial" w:cs="Arial"/>
          <w:b/>
          <w:bCs/>
          <w:color w:val="222222"/>
          <w:sz w:val="26"/>
          <w:szCs w:val="26"/>
          <w:rtl/>
        </w:rPr>
        <w:t>السؤال الخامس: كم العيد الوطني الذي تحتفل به الإمارات عام 2026؟</w:t>
      </w:r>
      <w:r>
        <w:br/>
      </w:r>
      <w:r>
        <w:rPr>
          <w:rFonts w:ascii="Arial" w:hAnsi="Arial" w:cs="Arial"/>
          <w:b w:val="0"/>
          <w:color w:val="222222"/>
          <w:sz w:val="26"/>
          <w:szCs w:val="26"/>
          <w:rtl/>
        </w:rPr>
        <w:t>الجواب: الخامس والخمسون.</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نهنئ قيادة دولتنا وشعبها وكل من يعيش على أرضها بعيد الاتحاد، ونعاهد الله ثم الوطن أن نكون صادقين في حبه، مجتهدين في خدمته. نسأل الله أن يحفظ الإمارات وأهلها، وأن يديم عليها الأمن والرخاء.</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اليوم الوطني للمرحلة الابتدائية</w:t>
      </w:r>
    </w:p>
    <w:p>
      <w:pPr>
        <w:bidi/>
        <w:spacing w:after="80" w:before="0" w:line="360" w:lineRule="auto"/>
      </w:pPr>
      <w:r>
        <w:rPr>
          <w:rFonts w:ascii="Arial" w:hAnsi="Arial" w:cs="Arial"/>
          <w:b w:val="0"/>
          <w:color w:val="222222"/>
          <w:sz w:val="26"/>
          <w:szCs w:val="26"/>
          <w:rtl/>
        </w:rPr>
        <w:t>نسخة من ست فقرات قصيرة تستغرق خمس دقائق، 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نحتفل اليوم بعيد الاتحاد، يوم قامت دولة الإمارات.</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«وَاعْتَصِمُوا بِحَبْلِ اللَّهِ جَمِيعًا وَلَا تَفَرَّقُوا» (سورة آل عمران، الآية 103).</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«المؤمن للمؤمن كالبنيان يشد بعضه بعضا». رواه البخاري.</w:t>
      </w:r>
    </w:p>
    <w:p>
      <w:pPr>
        <w:bidi/>
        <w:spacing w:after="80" w:before="0" w:line="360" w:lineRule="auto"/>
      </w:pPr>
      <w:r>
        <w:rPr>
          <w:rFonts w:ascii="Arial" w:hAnsi="Arial" w:cs="Arial"/>
          <w:b w:val="0"/>
          <w:color w:val="222222"/>
          <w:sz w:val="26"/>
          <w:szCs w:val="26"/>
          <w:rtl/>
        </w:rPr>
        <w:t>الطالب/ة الرابع: هل تعلم أن الاتحاد قام في الثاني من ديسمبر عام 1971، وأن علمنا صمّمه عبد الله محمد المعينة؟</w:t>
      </w:r>
    </w:p>
    <w:p>
      <w:pPr>
        <w:bidi/>
        <w:spacing w:after="80" w:before="0" w:line="360" w:lineRule="auto"/>
      </w:pPr>
      <w:r>
        <w:rPr>
          <w:rFonts w:ascii="Arial" w:hAnsi="Arial" w:cs="Arial"/>
          <w:b w:val="0"/>
          <w:color w:val="222222"/>
          <w:sz w:val="26"/>
          <w:szCs w:val="26"/>
          <w:rtl/>
        </w:rPr>
        <w:t>الطالب/ة الخامس: حكمة اليوم: الأوطان تُبنى بأيدٍ كثيرة تتعاون.</w:t>
      </w:r>
    </w:p>
    <w:p>
      <w:pPr>
        <w:bidi/>
        <w:spacing w:after="80" w:before="0" w:line="360" w:lineRule="auto"/>
      </w:pPr>
      <w:r>
        <w:rPr>
          <w:rFonts w:ascii="Arial" w:hAnsi="Arial" w:cs="Arial"/>
          <w:b w:val="0"/>
          <w:color w:val="222222"/>
          <w:sz w:val="26"/>
          <w:szCs w:val="26"/>
          <w:rtl/>
        </w:rPr>
        <w:t>الطالب/ة السادس: كل عام والإمارات بخير، ونعاهد أن نحب وطننا ونحافظ عليه.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اليوم الوطني</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ألّف بين القلوب، والصلاة والسلام على من علّمنا أن المؤمن للمؤمن كالبنيان. صباح الخير على وطن ألوانه أربعة وقلوب أبنائه واحدة. اليوم نحتفل بعيد الاتحاد، فاستمعوا إلى إذاعتنا.</w:t>
      </w:r>
    </w:p>
    <w:p>
      <w:pPr>
        <w:bidi/>
        <w:spacing w:after="80" w:before="0" w:line="360" w:lineRule="auto"/>
      </w:pPr>
      <w:r>
        <w:rPr>
          <w:rFonts w:ascii="Arial" w:hAnsi="Arial" w:cs="Arial"/>
          <w:b w:val="0"/>
          <w:color w:val="222222"/>
          <w:sz w:val="26"/>
          <w:szCs w:val="26"/>
          <w:rtl/>
        </w:rPr>
        <w:t>المقدمة الثانية: تخيل أن تُسأل: ما أجمل ما في وطنك؟ سيجيب كل واحد منا بجواب مختلف، لكن الجميع يتفقون على أنه بيتنا الكبير. هذا البيت له قصة بدأت في الثاني من ديسمبر، فتعالوا نروِها في إذاعتنا هذا الصباح.</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