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60"/>
      </w:pPr>
      <w:r>
        <w:rPr>
          <w:rFonts w:ascii="Arial" w:hAnsi="Arial" w:cs="Arial"/>
          <w:b/>
          <w:color w:val="440772"/>
          <w:sz w:val="44"/>
          <w:rtl/>
          <w:szCs w:val="44"/>
          <w:bCs/>
        </w:rPr>
        <w:t>إذاعة مدرسية عن التسامح</w:t>
      </w:r>
    </w:p>
    <w:p>
      <w:pPr>
        <w:bidi/>
        <w:spacing w:after="120"/>
      </w:pPr>
      <w:r>
        <w:rPr>
          <w:rFonts w:ascii="Arial" w:hAnsi="Arial" w:cs="Arial"/>
          <w:b w:val="0"/>
          <w:color w:val="666666"/>
          <w:sz w:val="24"/>
          <w:rtl/>
          <w:szCs w:val="24"/>
        </w:rPr>
        <w:t>إذاعة كاملة الفقرات – اكتب اسم الطالب/ة في الفراغ قبل الطباعة</w:t>
      </w:r>
    </w:p>
    <w:p>
      <w:pPr>
        <w:bidi/>
        <w:spacing w:after="160"/>
      </w:pPr>
      <w:r>
        <w:rPr>
          <w:rFonts w:ascii="Arial" w:hAnsi="Arial" w:cs="Arial"/>
          <w:b/>
          <w:color w:val="BD2C88"/>
          <w:sz w:val="32"/>
          <w:rtl/>
          <w:szCs w:val="32"/>
          <w:bCs/>
        </w:rPr>
        <w:t>1- مقدمة الإذاعة</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الحمد لله الذي جعل الصفح خلقًا يرفع صاحبه، والصلاة والسلام على سيدنا محمد، أرحم الناس بالناس، وعلى آله وصحبه أجمعين. السلام عليكم ورحمة الله وبركاته، صباح الخير على أساتذتنا الكرام وزميلاتنا وزملائنا الأعزاء.</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كلنا يخطئ، وكلنا يُخطَأ في حقه. يصطدم بك زميل في الساحة فتسقط حقيبتك، أو يأخذ أحدهم قلمك دون أن يستأذن، فماذا نفعل؟ هذا ما نتحدث عنه صباح اليوم في إذاعتنا، وموضوعها التسامح.</w:t>
      </w:r>
    </w:p>
    <w:p>
      <w:pPr>
        <w:bidi/>
        <w:spacing w:after="160"/>
      </w:pPr>
      <w:r>
        <w:rPr>
          <w:rFonts w:ascii="Arial" w:hAnsi="Arial" w:cs="Arial"/>
          <w:b/>
          <w:color w:val="BD2C88"/>
          <w:sz w:val="32"/>
          <w:rtl/>
          <w:szCs w:val="32"/>
          <w:bCs/>
        </w:rPr>
        <w:t>2- فقرة القرآن الكريم</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نبدأ بتلاوة آيات من الذكر الحكيم تدعونا إلى العفو والإحسان. قال الله تعالى: «خُذِ الْعَفْوَ وَأْمُرْ بِالْعُرْفِ وَأَعْرِضْ عَنِ الْجَاهِلِينَ» (الأعراف: 199).</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وقال سبحانه: «وَلَا تَسْتَوِي الْحَسَنَةُ وَلَا السَّيِّئَةُ ۚ ادْفَعْ بِالَّتِي هِيَ أَحْسَنُ فَإِذَا الَّذِي بَيْنَكَ وَبَيْنَهُ عَدَاوَةٌ كَأَنَّهُ وَلِيٌّ حَمِيمٌ» (فصلت: 34).</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وقال عز وجل: «وَلْيَعْفُوا وَلْيَصْفَحُوا ۗ أَلَا تُحِبُّونَ أَنْ يَغْفِرَ اللَّهُ لَكُمْ ۗ وَاللَّهُ غَفُورٌ رَحِيمٌ» (النور: 22). فمن أحب أن يغفر الله له، فليغفر لإخوانه. صدق الله العظيم.</w:t>
      </w:r>
    </w:p>
    <w:p>
      <w:pPr>
        <w:bidi/>
        <w:spacing w:after="160"/>
      </w:pPr>
      <w:r>
        <w:rPr>
          <w:rFonts w:ascii="Arial" w:hAnsi="Arial" w:cs="Arial"/>
          <w:b/>
          <w:color w:val="BD2C88"/>
          <w:sz w:val="32"/>
          <w:rtl/>
          <w:szCs w:val="32"/>
          <w:bCs/>
        </w:rPr>
        <w:t>3- فقرة الحديث الشريف</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ومع هدي النبي صلى الله عليه وسلم، فقد قال رسول الله صلى الله عليه وسلم: «ما نقصت صدقة من مال وما زاد الله عبدا بعفو إلا عزا» (رواه مسلم). أي أن من عفا عن إخوانه لم يخسر شيئًا، بل رفعه الله في قلوب الناس وعنده.</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وعن النبي صلى الله عليه وسلم أنه قال: «رحم الله رجلا سمحا إذا باع، وإذا اشترى، وإذا اقتضى» (رواه البخاري). والسمح هو السهل اللين، الذي لا يضيّق على الناس ولا يتشدد معهم.</w:t>
      </w:r>
    </w:p>
    <w:p>
      <w:pPr>
        <w:bidi/>
        <w:spacing w:after="160"/>
      </w:pPr>
      <w:r>
        <w:rPr>
          <w:rFonts w:ascii="Arial" w:hAnsi="Arial" w:cs="Arial"/>
          <w:b/>
          <w:color w:val="BD2C88"/>
          <w:sz w:val="32"/>
          <w:rtl/>
          <w:szCs w:val="32"/>
          <w:bCs/>
        </w:rPr>
        <w:t>4- كلمة الصباح</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زميلاتي وزملائي، يظن بعضنا أن المتسامح إنسان ضعيف لا يعرف كيف يدافع عن نفسه، والحقيقة غير ذلك تمامًا. ردّ الإساءة بمثلها أسهل شيء في الدنيا، يفعله أي غاضب. أما أن تتوقف لحظة، وتتنفس، وتقول لمن أخطأ في حقك: أنا أسامحك، فهذا يحتاج إلى قلب قوي.</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والتسامح لا يعني أن نسكت عن الخطأ أو نتنازل عن حقوقنا. نحن نطلب حقنا بأدب، ونقبل اعتذار من يعتذر، ولا نحمل في قلوبنا ضغينة تثقلنا. جرّبوا اليوم: إذا أخطأ عليكم زميل، قولوا له كلمة طيبة بدل الصراخ، وسترون كيف يتغير الموقف كله. وانتبهوا إلى أن التسامح يشمل اختلاف الآراء أيضًا؛ فمن يخالفك في رأي أو في لعبة أو في لون فريقه المفضل، يبقى زميلك وأخاك.</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ومن تجربة الصف أقول لكم: أكثر المشكلات بين الطلاب تبدأ بكلمة جارحة قيلت على سبيل المزاح، ثم تكبر لأن كل طرف ينتظر أن يعتذر الآخر أولًا. فكونوا أنتم السابقين بالسلام، فالذي يبدأ بالصلح هو الأكرم والأقرب إلى الله، وهو أيضًا من يرتاح بالًا قبل غيره.</w:t>
      </w:r>
    </w:p>
    <w:p>
      <w:pPr>
        <w:bidi/>
        <w:spacing w:after="160"/>
      </w:pPr>
      <w:r>
        <w:rPr>
          <w:rFonts w:ascii="Arial" w:hAnsi="Arial" w:cs="Arial"/>
          <w:b/>
          <w:color w:val="BD2C88"/>
          <w:sz w:val="32"/>
          <w:rtl/>
          <w:szCs w:val="32"/>
          <w:bCs/>
        </w:rPr>
        <w:t>5- فقرة هل تعلم</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هل تعلمون أن العالم يحتفل باليوم الدولي للتسامح في السادس عشر من نوفمبر كل عام؟ ففي هذا التاريخ من سنة 1995 اعتمدت الدول الأعضاء في اليونسكو إعلان مبادئ التسامح، ثم دعت الجمعية العامة للأمم المتحدة في عام 1996 الدول إلى الاحتفال بهذا اليوم.</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وهل تعلمون أن إعلان اليونسكو عرّف التسامح بأنه احترام وقبول وتقدير لثراء ثقافات عالمنا وتنوع أشكال التعبير فيه؟ وأن دولة الإمارات العربية المتحدة جعلت عام 2019 «عام التسامح»، وسبق ذلك أن أنشأت وزارة للتسامح عام 2016؟</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وهل تعلمون أن وثيقة الأخوة الإنسانية وُقّعت في أبوظبي في الرابع من فبراير عام 2019، بين شيخ الأزهر الإمام الأكبر وبابا الفاتيكان، وهي تدعو إلى الحوار والتعايش بين الناس؟</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وهل تعلمون أن كلمة «التسامح» في لغتنا العربية مأخوذة من الجذر «سمح»، ومعناها السهولة واللين وسعة الصدر؟</w:t>
      </w:r>
    </w:p>
    <w:p>
      <w:pPr>
        <w:bidi/>
        <w:spacing w:after="160"/>
      </w:pPr>
      <w:r>
        <w:rPr>
          <w:rFonts w:ascii="Arial" w:hAnsi="Arial" w:cs="Arial"/>
          <w:b/>
          <w:color w:val="BD2C88"/>
          <w:sz w:val="32"/>
          <w:rtl/>
          <w:szCs w:val="32"/>
          <w:bCs/>
        </w:rPr>
        <w:t>6- حكمة اليوم</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حكمة اليوم تقول: من عفا عند المقدرة كسب القلوب، ومن تمسك بالحقد خسر راحته قبل أن يخسر أصحابه.</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وتقول حكمة أخرى: كلمة طيبة تطفئ نارًا أشعلتها كلمة قاسية.</w:t>
      </w:r>
    </w:p>
    <w:p>
      <w:pPr>
        <w:bidi/>
        <w:spacing w:after="160"/>
      </w:pPr>
      <w:r>
        <w:rPr>
          <w:rFonts w:ascii="Arial" w:hAnsi="Arial" w:cs="Arial"/>
          <w:b/>
          <w:color w:val="BD2C88"/>
          <w:sz w:val="32"/>
          <w:rtl/>
          <w:szCs w:val="32"/>
          <w:bCs/>
        </w:rPr>
        <w:t>7- فقرة شعرية</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ونختم الفقرات بأبيات عن صفاء القلب وجمال العفو:</w:t>
      </w:r>
    </w:p>
    <w:p>
      <w:pPr>
        <w:bidi/>
        <w:spacing w:after="120"/>
      </w:pPr>
      <w:r>
        <w:rPr>
          <w:rFonts w:ascii="Arial" w:hAnsi="Arial" w:cs="Arial"/>
          <w:b w:val="0"/>
          <w:sz w:val="28"/>
          <w:rtl/>
          <w:szCs w:val="28"/>
        </w:rPr>
        <w:t>تَسَامَحْ فَإِنَّ الحِقْدَ يُتْعِبُ أَهْلَهُ            وَيُطْفِئُ في الصَّدْرِ الرَّحِيبِ ضِيَاءَهُ</w:t>
      </w:r>
    </w:p>
    <w:p>
      <w:pPr>
        <w:bidi/>
        <w:spacing w:after="120"/>
      </w:pPr>
      <w:r>
        <w:rPr>
          <w:rFonts w:ascii="Arial" w:hAnsi="Arial" w:cs="Arial"/>
          <w:b w:val="0"/>
          <w:sz w:val="28"/>
          <w:rtl/>
          <w:szCs w:val="28"/>
        </w:rPr>
        <w:t>وَمَنْ عَفَّ عَنْ زَلّاتِ قَوْمٍ فَإِنَّمَا            يُزَيِّنُ بِالصَّفْحِ الجَمِيلِ بَهَاءَهُ</w:t>
      </w:r>
    </w:p>
    <w:p>
      <w:pPr>
        <w:bidi/>
        <w:spacing w:after="160"/>
      </w:pPr>
      <w:r>
        <w:rPr>
          <w:rFonts w:ascii="Arial" w:hAnsi="Arial" w:cs="Arial"/>
          <w:b/>
          <w:color w:val="BD2C88"/>
          <w:sz w:val="32"/>
          <w:rtl/>
          <w:szCs w:val="32"/>
          <w:bCs/>
        </w:rPr>
        <w:t>8- فقرة سؤال وجواب</w:t>
      </w:r>
    </w:p>
    <w:p>
      <w:pPr>
        <w:bidi/>
        <w:spacing w:after="120"/>
      </w:pPr>
      <w:r>
        <w:rPr>
          <w:rFonts w:ascii="Arial" w:hAnsi="Arial" w:cs="Arial"/>
          <w:b/>
          <w:sz w:val="28"/>
          <w:rtl/>
          <w:szCs w:val="28"/>
          <w:bCs/>
        </w:rPr>
        <w:t>س1: متى يحتفل العالم باليوم الدولي للتسامح؟</w:t>
      </w:r>
    </w:p>
    <w:p>
      <w:pPr>
        <w:bidi/>
        <w:spacing w:after="120"/>
      </w:pPr>
      <w:r>
        <w:rPr>
          <w:rFonts w:ascii="Arial" w:hAnsi="Arial" w:cs="Arial"/>
          <w:b w:val="0"/>
          <w:sz w:val="28"/>
          <w:rtl/>
          <w:szCs w:val="28"/>
        </w:rPr>
        <w:t>الجواب: في السادس عشر من نوفمبر من كل عام.</w:t>
      </w:r>
    </w:p>
    <w:p>
      <w:pPr>
        <w:bidi/>
        <w:spacing w:after="120"/>
      </w:pPr>
      <w:r>
        <w:rPr>
          <w:rFonts w:ascii="Arial" w:hAnsi="Arial" w:cs="Arial"/>
          <w:b/>
          <w:sz w:val="28"/>
          <w:rtl/>
          <w:szCs w:val="28"/>
          <w:bCs/>
        </w:rPr>
        <w:t>س2: في سورة فصلت آية تأمرنا أن ندفع السيئة بالتي هي أحسن، فما نتيجة ذلك؟</w:t>
      </w:r>
    </w:p>
    <w:p>
      <w:pPr>
        <w:bidi/>
        <w:spacing w:after="120"/>
      </w:pPr>
      <w:r>
        <w:rPr>
          <w:rFonts w:ascii="Arial" w:hAnsi="Arial" w:cs="Arial"/>
          <w:b w:val="0"/>
          <w:sz w:val="28"/>
          <w:rtl/>
          <w:szCs w:val="28"/>
        </w:rPr>
        <w:t>الجواب: يتحول من كان بيننا وبينه عداوة إلى صديق قريب حميم.</w:t>
      </w:r>
    </w:p>
    <w:p>
      <w:pPr>
        <w:bidi/>
        <w:spacing w:after="120"/>
      </w:pPr>
      <w:r>
        <w:rPr>
          <w:rFonts w:ascii="Arial" w:hAnsi="Arial" w:cs="Arial"/>
          <w:b/>
          <w:sz w:val="28"/>
          <w:rtl/>
          <w:szCs w:val="28"/>
          <w:bCs/>
        </w:rPr>
        <w:t>س3: بماذا يزيد الله من يعفو عن الناس، كما جاء في الحديث الذي سمعناه؟</w:t>
      </w:r>
    </w:p>
    <w:p>
      <w:pPr>
        <w:bidi/>
        <w:spacing w:after="120"/>
      </w:pPr>
      <w:r>
        <w:rPr>
          <w:rFonts w:ascii="Arial" w:hAnsi="Arial" w:cs="Arial"/>
          <w:b w:val="0"/>
          <w:sz w:val="28"/>
          <w:rtl/>
          <w:szCs w:val="28"/>
        </w:rPr>
        <w:t>الجواب: يزيده عزًّا.</w:t>
      </w:r>
    </w:p>
    <w:p>
      <w:pPr>
        <w:bidi/>
        <w:spacing w:after="120"/>
      </w:pPr>
      <w:r>
        <w:rPr>
          <w:rFonts w:ascii="Arial" w:hAnsi="Arial" w:cs="Arial"/>
          <w:b/>
          <w:sz w:val="28"/>
          <w:rtl/>
          <w:szCs w:val="28"/>
          <w:bCs/>
        </w:rPr>
        <w:t>س4: هل يعني التسامح أن نتنازل عن حقوقنا؟</w:t>
      </w:r>
    </w:p>
    <w:p>
      <w:pPr>
        <w:bidi/>
        <w:spacing w:after="120"/>
      </w:pPr>
      <w:r>
        <w:rPr>
          <w:rFonts w:ascii="Arial" w:hAnsi="Arial" w:cs="Arial"/>
          <w:b w:val="0"/>
          <w:sz w:val="28"/>
          <w:rtl/>
          <w:szCs w:val="28"/>
        </w:rPr>
        <w:t>الجواب: لا، بل نطلب حقنا بأدب، ونقبل الاعتذار، ونترك الحقد.</w:t>
      </w:r>
    </w:p>
    <w:p>
      <w:pPr>
        <w:bidi/>
        <w:spacing w:after="120"/>
      </w:pPr>
      <w:r>
        <w:rPr>
          <w:rFonts w:ascii="Arial" w:hAnsi="Arial" w:cs="Arial"/>
          <w:b/>
          <w:sz w:val="28"/>
          <w:rtl/>
          <w:szCs w:val="28"/>
          <w:bCs/>
        </w:rPr>
        <w:t>س5: اذكر موقفًا يمكن أن تتسامح فيه مع زميلك في المدرسة.</w:t>
      </w:r>
    </w:p>
    <w:p>
      <w:pPr>
        <w:bidi/>
        <w:spacing w:after="120"/>
      </w:pPr>
      <w:r>
        <w:rPr>
          <w:rFonts w:ascii="Arial" w:hAnsi="Arial" w:cs="Arial"/>
          <w:b w:val="0"/>
          <w:sz w:val="28"/>
          <w:rtl/>
          <w:szCs w:val="28"/>
        </w:rPr>
        <w:t>الجواب: الإجابة مفتوحة، مثل أن يصطدم بك زميل دون قصد فتقبل اعتذاره وتبتسم له.</w:t>
      </w:r>
    </w:p>
    <w:p>
      <w:pPr>
        <w:bidi/>
        <w:spacing w:after="160"/>
      </w:pPr>
      <w:r>
        <w:rPr>
          <w:rFonts w:ascii="Arial" w:hAnsi="Arial" w:cs="Arial"/>
          <w:b/>
          <w:color w:val="BD2C88"/>
          <w:sz w:val="32"/>
          <w:rtl/>
          <w:szCs w:val="32"/>
          <w:bCs/>
        </w:rPr>
        <w:t>9- خاتمة الإذاعة</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أيها الزملاء، بهذا نصل إلى ختام إذاعتنا. تذكروا أن القلب الذي يسامح قلب مرتاح، وأن الصف الذي يسوده التسامح صف يحب أهله بعضهم بعضًا. نشكر لكم حسن الاستماع، ونشكر معلمينا على رعايتهم. وإلى لقاء قريب إن شاء الله، نستودعكم الله، والسلام عليكم ورحمة الله وبركاته.</w:t>
      </w:r>
    </w:p>
    <w:p>
      <w:r>
        <w:br w:type="page"/>
      </w:r>
    </w:p>
    <w:p>
      <w:pPr>
        <w:bidi/>
        <w:spacing w:after="160"/>
      </w:pPr>
      <w:r>
        <w:rPr>
          <w:rFonts w:ascii="Arial" w:hAnsi="Arial" w:cs="Arial"/>
          <w:b/>
          <w:color w:val="440772"/>
          <w:sz w:val="44"/>
          <w:rtl/>
          <w:szCs w:val="44"/>
          <w:bCs/>
        </w:rPr>
        <w:t>إذاعة قصيرة عن التسامح للمرحلة الابتدائية</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السلام عليكم ورحمة الله وبركاته. صباح الخير يا أصدقائي. موضوع إذاعتنا اليوم التسامح، أي أن نسامح من أخطأ في حقنا ونحسن إليه.</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قال الله تعالى: «وَالْكَاظِمِينَ الْغَيْظَ وَالْعَافِينَ عَنِ النَّاسِ ۗ وَاللَّهُ يُحِبُّ الْمُحْسِنِينَ» (آل عمران: 134).</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وقال رسول الله صلى الله عليه وسلم: «ليس الشديد بالصرعة، إنما الشديد الذي يملك نفسه عند الغضب» (رواه البخاري). فالقوي ليس من يضرب غيره، بل من يمسك نفسه حين يغضب.</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هل تعلمون؟ يحتفل العالم باليوم الدولي للتسامح في 16 نوفمبر من كل عام.</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حكمة اليوم: كلمة «سامحني» جملة صغيرة تفتح بابًا كبيرًا للمحبة.</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سؤال: ماذا نقول لزميل اعتذر لنا؟ الجواب: نقول له سامحتك، ونبتسم له. شكرًا لكم، والسلام عليكم.</w:t>
      </w:r>
    </w:p>
    <w:p>
      <w:pPr>
        <w:bidi/>
        <w:spacing w:after="160"/>
      </w:pPr>
      <w:r>
        <w:rPr>
          <w:rFonts w:ascii="Arial" w:hAnsi="Arial" w:cs="Arial"/>
          <w:b/>
          <w:color w:val="440772"/>
          <w:sz w:val="44"/>
          <w:rtl/>
          <w:szCs w:val="44"/>
          <w:bCs/>
        </w:rPr>
        <w:t>مقدمة إذاعة عن التسامح</w:t>
      </w:r>
    </w:p>
    <w:p>
      <w:pPr>
        <w:bidi/>
        <w:spacing w:after="160"/>
      </w:pPr>
      <w:r>
        <w:rPr>
          <w:rFonts w:ascii="Arial" w:hAnsi="Arial" w:cs="Arial"/>
          <w:b/>
          <w:color w:val="BD2C88"/>
          <w:sz w:val="32"/>
          <w:rtl/>
          <w:szCs w:val="32"/>
          <w:bCs/>
        </w:rPr>
        <w:t>المقدمة الأولى</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بسم الله الرحمن الرحيم. السلام عليكم ورحمة الله وبركاته. في كل صف خلافات صغيرة، وفي كل ساحة اصطدام غير مقصود، وأجمل ما نفعله حيالها أن نتسامح. فأهلًا بكم في إذاعة اليوم التي تتحدث عن التسامح، هذا الخلق الذي يجعل مدرستنا بيتًا دافئًا لنا جميعًا.</w:t>
      </w:r>
    </w:p>
    <w:p>
      <w:pPr>
        <w:bidi/>
        <w:spacing w:after="160"/>
      </w:pPr>
      <w:r>
        <w:rPr>
          <w:rFonts w:ascii="Arial" w:hAnsi="Arial" w:cs="Arial"/>
          <w:b/>
          <w:color w:val="BD2C88"/>
          <w:sz w:val="32"/>
          <w:rtl/>
          <w:szCs w:val="32"/>
          <w:bCs/>
        </w:rPr>
        <w:t>المقدمة الثانية</w:t>
      </w:r>
    </w:p>
    <w:p>
      <w:pPr>
        <w:bidi/>
        <w:spacing w:after="120"/>
      </w:pPr>
      <w:r>
        <w:rPr>
          <w:rFonts w:ascii="Arial" w:hAnsi="Arial" w:cs="Arial"/>
          <w:b/>
          <w:color w:val="440772"/>
          <w:sz w:val="28"/>
          <w:rtl/>
          <w:szCs w:val="28"/>
          <w:bCs/>
        </w:rPr>
        <w:t xml:space="preserve">الطالب/ة ……: </w:t>
      </w:r>
      <w:r>
        <w:rPr>
          <w:rFonts w:ascii="Arial" w:hAnsi="Arial" w:cs="Arial"/>
          <w:b w:val="0"/>
          <w:sz w:val="28"/>
          <w:rtl/>
          <w:szCs w:val="28"/>
        </w:rPr>
        <w:t>صباح الخير، صباح العفو والمحبة. ما أحلى أن نبدأ يومنا بقلب خالٍ من الغضب! يسعدنا في إذاعة اليوم أن نذكّر أنفسنا بأن الصفح عن الآخرين لا ينقص قدرنا، بل يرفعه. فتابعوا معنا فقرات إذاعتنا عن التسامح.</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pPr>
    <w:r>
      <w:rPr>
        <w:rFonts w:ascii="Arial" w:hAnsi="Arial" w:cs="Arial"/>
        <w:b w:val="0"/>
        <w:color w:val="BD2C88"/>
        <w:sz w:val="20"/>
        <w:rtl/>
        <w:szCs w:val="20"/>
      </w:rPr>
      <w:t>بالعربي نتعلم – belarabyapps.com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